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«Озерный»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"Озёрный" (подробнее) Ответчики: Приамурское межрегиональное управление Росприроднадзора (подробнее) Иные лица: Арбитражный суд Дальневосточного округа (8048/22 3т)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