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судебных приставов по Республике Карелия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