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«Люберецкий завод Монтажавтоматика»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