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«Управляющая компания по обращению с отходами в Ленинградской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"УПРАВЛЯЮЩАЯ КОМПАНИЯ ПО ОБРАЩЕНИЮ С ОТХОДАМИ В ЛЕНИНГРАДСКОЙ ОБЛАСТИ" (подробнее) Ответчики: Северо-Западное Межрегиональное Управление Росприроднадзора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