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«Аванти»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Аванти (подробнее) Ответчики: Новороссийская таможня (подробнее) Южная оперативная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