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государственного жилищного надзора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