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«Сумма технологий очистки воды»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