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фирма «СМУ-10»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ПО ГОСУДАРСТВЕННОМУ ЗАКАЗУ ГОРОДА Санкт-ПетербургА (подробнее) ООО Строительная фирма "СМУ-10"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