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«Среднеуральское поисковое бюро»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СРЕДНЕУРАЛЬСКОЕ ПОИСКОВОЕ БЮРО (подробнее) Ответчики: Межрайонная инспекция Федеральной налоговой службы №31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