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«Профит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"Профит Групп"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