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«Воздушные Ворота Северной Столицы»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"Воздушные Ворота Северной Столицы" (подробнее) Ответчики: Федеральная служба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