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Екатеринбург»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СТРАХОВАЯ КОМПАНИЯ ЕКАТЕРИНБУРГ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