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в Арбитражный суд Республики Дагестан обратился финансовый управляющий с заявлением о признании недействительными договоров от 03.12.2018 купли-продажи нежилых помещений, заключенных между должником и ФИО1, и применении последствий недействительности сделок. Определением Арбитражного суда Республики Дагестан от 21.01.2021, оставленным без изменения постановлением Шестнадцатого арбитражного апелляционного суда от 20.04.2021, в удовлетворении заявления отказано. Постановлением Арбитражного суда Северо-Кавказского округа от 01.07.2021 судебные акты отменены, обособленный спор направлен на новое рассмотрение в Арбитражный суд Республики Дагестан. При повторном рассмотрении спора определением Арбитражного суда Республики Дагестан от 06.09.2021, оставленным без изменения постановлением Шестнадцатого арбитражного апелляционного суда от 01.12.2021, заявление финансового управляющего удовлетворено. Постановлением Арбитражного суда Северо-Кавказского округа от 11.03.2022 судебные акты отменены, обособленный спор направлен на новое рассмотрение в суд первой инстанции. При новом рассмотрении спора определением Арбитражного суда Республики Дагестан от 20.12.2022 заявление финансового управляющего удовлетворено; признаны недействительными договоры купли-продажи нежилых помещений от 03.12.2018 и применены последствия недействительности сделок в виде обязания ФИО1 возвратить должнику спорные нежилые помещения. Постановлением Шестнадцатого арбитражного апелляционного суда от 14.04.2023 определение суда первой инстанции оставлено без изменения. Арбитражный суд Северо-Кавказского округа постановлением от 30.06.2023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заявителем наличия совокупности обстоятельств, необходимой для признания спорных сделок недействительными как совершенных с целью причинения вреда имущественным правам кредиторов, учитывая, что оспариваемые сделки совершены в период неплатежеспособности должника, по цене ниже кадастровой стоимости спорных объектов недвижимости, доказательств получения должником встречного предоставления не представлено, финансовая возможность ответчика на приобретение объектов недвижимости не подтверждена.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"Российский Сельскохозяйственный банк" в лице Дагестанского регионального филиала ОАО "Россельхозбанк" (подробнее) ФУ М. М. Баймурзаев (подробнее) Ответчики: ИП Сулейманов Алихан Рамазанович (подробнее) Иные лица: Ассоциация "Межрегиональная саморегулируемая организация арбитражных управляющих "Содействие" (подробнее) НП "МСРО "Содействие" (подробнее) Управление Федеральной службы государственной регистрации, кадастра и картографии по Республике Дагестан (подробнее) УФНС по РД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