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"Атран" (подробнее) Ответчики: Внуковская таможня (подробнее) Федеральная таможенная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