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«Производственно-коммерческая фирма «Техресурс»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"Производственно-коммерческая фирма "Техресурс" (подробнее) Ответчики: ИНСПЕКЦИЯ МИНИСТЕРСТВА РОССИЙСКОЙ ФЕДЕРАЦИИ ПО НАЛОГАМ И СБОРАМ №4 ПО ЦЕНТРАЛЬНОМУ АДМИНИСТРАТИВНОМУ ОКРУГУ Г. МОСКВЫ (подробнее) Иные лица: ИФНС России №29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