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ИП ФИО2 в Арбитражный суд Ямало-Ненецкого автономного округа обратились финансовый управляющий и кредитор - ИП ФИО3 с заявлениями о признании недействительным исполнения по нотариально удостоверенным договорам купли-продажи от 19.06.2019 в виде регистрации перехода права собственности на ФИО1 в отношении земельных участков и нежилого здания и применении последствий недействительности сделок. Определением Арбитражного суда Ямало-Ненецкого автономного округа от 20.02.2023 заявление удовлетворено, исполнения по договорам купли-продажи признаны недействительными, применены последствия недействительности сделок в виде возврата имущества должнику, прекращения права собственности ФИО1 на имущество, восстановления права собственности на него за должником и обязании регистрирующего органа исключить из публичного реестра сведения о регистрации права собственности ответчика на предмет оспариваемых сделок. Постановлением Восьмого арбитражного апелляционного суда от 17.05.2023 определение суда первой инстанции оставлено без изменения. Арбитражный суд Западно-Сибирского округа постановлением от 09.08.2023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заявленные требования, суды руководствовались статьей 174.1 Гражданского кодекса Российской Федерации, статьями 61.3 , 213.25 Федерального закона от 26.10.2002 № 127-ФЗ «О несостоятельности (банкротстве)» и исходили из того, что распорядительная сделка - действия по государственной регистрации перехода права собственности ничтожна, поскольку указанные действия совершены ответчиком после признания должника банкротом, в нарушение прямого запрета на самостоятельное распоряжение должником своим имуществом без одобрения финансового управляющего, с преимущественным удовлетворением требования отдельного кредитора.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"Краснодаргазстрой" (подробнее) Арбитражный суд Западно-Сибирского округа (подробнее) ИП Насыров Фарид Замильевич (подробнее) ООО "Ямалстрой" (подробнее) Отдел Министерства внутренних дел РФ по Пуровскому району (подробнее) Служба ЗАГС (подробнее) Служба судебных приставов (подробнее) Управление Росреестра по Московской области (подробнее) Управление Федеральной службы судебных приставов по Ямало-Ненецкому автономному округу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