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«Кенмер Механизмы»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"КЕНМЕР ГРАДНЯ" (подробнее) ООО "КЕНМЕР-МЕХАНИЗМЫ" (подробнее) Ответчики: Инспекция Федеральной налоговой службы №29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