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"Тюменская озеленительная компания" (подробнее) Ответчики: ИП Тасымов Жаслан Талгатович (подробнее) Иные лица: 8 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