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октября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При этом Девятый арбитражный апелляционный суд постановлением от 20.12.2022 по делу № А40-84399/22 признал недействительным контракт, заключенный между Федеральным государственным бюджетным учреждением «Центр спортивной подготовки сборных команд России» и ООО «Континент».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«Континент»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 Суд: Верховный Суд РФ (подробнее) Истцы: ООО "Континент" (подробнее) Ответчики: ФГБУ "Центр спортивной подготовки сборных команд России" (подробнее) Судьи дела: Першутов А.Г.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