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Средне-Поволжскому управлению Федеральной службы по экологическому, технологическому и атомному надзору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"Томет" (подробнее) Ответчики: Средне-поволжское управление Федеральной службы по экологическому, технологическому и атомному надзору (подробнее) Иные лица: Арбитражный суд Поволжского округа (подробнее) Самарский областной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