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Валютному управлению Сингапура (The Monetary Authority of Singapore)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Валютное управление Сингапура (The Monetary Authority of Singapore) (подробнее) Ответчики: Межрегиональная Инспекция Федеральной налоговой службы по крупнейшим налогоплательщикам №9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