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объединение «Энергосервис»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научно-производственное объединение "Энергосервис" (подробнее) Ответчики: ООО Завод Металлоконструкций "БИК"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