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2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«Ремонтно-эксплуатационный участок № 11»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