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лесного хозяйства по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