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13.07.2023,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«Исток-Т»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