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"МС Подряд " (подробнее) ООО "Стройкомплекс" (подробнее) Ответчики: ИФНС России по г.Балашихе по МО (подробнее) Иные лица: Инспекция Федеральной налоговой службы по г. Балашихе Московской области (подробнее) УФНС по МО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