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Грачевой Ольге Федоровне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