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частная охранная организация «Форт-С2»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