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«Волтакс-Транс»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