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15.06.2023,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Завитинского муниципального округа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Администрация Завитинского муниципального округа (подробнее) Ответчики: Контрольно-счетная палата Амурской области (подробнее) Иные лица: Шестой арбитражный апелляционный суд (8184/22 3т, 1861/22 1т, 129/21 2т)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