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«Спортивная Компания «ЮнионСпорт»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"СПОРТИВНАЯ КОМПАНИЯ "ЮНИОНСПОРТ" (подробнее) Ответчики: Инспекция Федеральной налоговой службы №43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