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«Пензенское производственное объединение «Электроприбор»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