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«ГЭС-Монтаж»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"КРиТ Базальт" (подробнее) Ответчики: ООО "Септима"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