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"КУРС" (подробнее) Ответчики: ИФНС России по Нижегородскому району г. Н.Новгорода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