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«Черноморские магистральные нефтепроводы»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"ЧЕРНОМОРСКИЕ МАГИСТРАЛЬНЫЕ НЕФТЕПРОВОДЫ" (подробнее) АО "Черномортранснефть" (подробнее) Ответчики: Росприроднадзор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