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«Паритет ММ»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"Совместное Российско-Финское предприятие "Паритет ММ" (подробнее) Ответчики: Северо-Западное межрегиональное управление Федеральной службы по ветеринарному и фитосанитарному надзору (подробнее) Федеральная служба по ветеринарному и фитосанитарному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