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«Социальная 2 стоматология Белогорья. Объединенная стоматологическая поликлиника Старооскольского городского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