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Научногородокской сельской администрации Ленинского района города Барнаула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