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«Амурская государственная медицинская академия» Министерства здравоохранения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ГАУЗ "Амурская областная клиническая больница" (подробнее) Ответчики: ФГБОУ ВО "Амурская государственная медицинская академия " Министерства здравоохранения РФ (подробнее) Иные лица: Арбитражный суд Дальневосточного округа (9136/22 1т, 6216/22 1т, 7144/22 2т, 1861/22 1т, 6788/22 2т)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