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«Саманган»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"Саманган" (подробнее) Ответчики: ООО "Угольный морской порт Шахтерск"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