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фонд обязательного медицинского страхования Краснодарского края (подробнее) Территориальный Фонд ОМС Кк (подробнее) Ответчики: Государственное бюджетное учреждение здравоохранения "Лабинская центральная районная больница" Министерства здравоохранения Краснодарского края (подробнее) Иные лица: ГБУЗ "Лабинская центральная районная больница"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