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ноберову Леонид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