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«Армавирский биохимический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