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"Российские железные дороги" (подробнее) Ответчики: Дагестанская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