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«Омега»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"Омега" (подробнее) Ответчики: ГУ Алтайское региональное отделение Фонда социального страхования РФ (подробнее) Иные лица: ОТДЕЛЕНИЕ ФОНДА ПЕНСИОННОГО И СОЦИАЛЬНОГО СТРАХОВАНИЯ РОССИЙСКОЙ ФЕДЕРАЦИИ ПО АЛТАЙСКОМУ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