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Ростовской области «Управление развития систем водоснабжения»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ГУП РОСТОВСКОЙ ОБЛАСТИ "УПРАВЛЕНИЕ РАЗВИТИЯ СИСТЕМ ВОДОСНАБЖЕНИЯ" (подробнее) Ответчики: Управление Федеральной антимонопольной службы по Ростовской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