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Верхоланцевой Татьяне Андреевне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