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ВТБ (далее – Банк ВТБ) и публичное акционерное общество «Сбербанк России» обратились в Верховный Суд Российской Федерации с кассационными жалобами на постановление Седьмого арбитражного апелляционного суда от 15.12.2022 по делу № А67-1408/2022 Арбитражного суда Томской области и постановление Арбитражного суда Западно-Сибирского округа от 11.03.2023 тому же делу по иску индивидуального предпринимателя Какаулина Игоря Павловича к обществу с ограниченной ответственностью «Вертикаль» (ИНН 9728026346) о взыскании неосновательного обогащения в размере 1 859 620 рублей 06 копеек, к публичному акционерному обществу Банк ВТБ и публичному акционерному обществу «Сбербанк России» о взыскании убытков в солидарном порядке в размере 1 859 620 рублей 06 копеек. Определением Верховного Суда Российской Федерации от 31.08.2023 № 304-ЭС23-9987 кассационные жалобы указанных лиц вместе с делом 2 переданы для рассмотрения в судебном заседании Судебной коллегии по экономическим спорам Верховного Суда Российской Федерации и назначены к рассмотрению на 18.10.2023 в 10 часов 00 минут (время московское). Банком ВТБ заявлено ходатайство об участии в судебном заседании путем использования систем видеоконференц-связи при содействии Арбитражного суда Томской области.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Томской области, ходатайство Банка ВТБ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публичного акционерного общества Банк ВТБ об участии в судебном заседании Судебной коллегии по экономическим спорам Верховного Суда Российской Федерации по рассмотрению дела № А67-1408/2022 Арбитражного суда Томской области путем использования систем видеоконференц-связи. Поручить Арбитражному суду Томской области организацию видеоконференц-связи в здании Арбитражного суда Томской области (634050 Томск, пр. Кирова, 10, зал 311) в целях участия публичного акционерного общества Банк ВТБ в судебном заседании Судебной коллегии по экономическим спорам Верховного Суда Российской Федерации, назначенном в 10 часов 00 минут (время московское) 18.10.2023 по адресу: г. Москва, ул. Поварская, д. 15. Арбитражному суду Томской области известить представителя публичного акционерного общества Банк ВТБ (филиал № 5440 Банк ВТБ (ПАО) в г. Новосибирске – 634028, г. Томск, пр. Ленина, д.26) и представителя индивидуального предпринимателя Какаулина И.П. – Протазанову Ольгу Викторовну (г. Томск, ул. Розы Люксембург, д.101, кв.67, +7-913-865-67-60) о явке 18.10.2023 в 10 часов 00 минут (время московское) в Арбитражный суд 3 Томской области, при содействии которого указанные лица смогут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