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Поволжского округа от 07.03.2023 по делу № А55-14038/2022 Арбитражного суда Самарской области отменить. Постановление Одиннадцатого арбитражного апелляционного суда от 23.11.2022 по указанному делу оставить в силе. Председательствующий судья Ю.Г. Иваненко Судья А.Г. Першутов Судья М.В. Пронина Суд: Верховный Суд РФ (подробнее) Истцы: АО "Самарская сетевая компания" (подробнее) Ответчики: Управление Федеральной антимонопольной службы Российской Федерации по Самарской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