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Мировову Александру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